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Interview Preparation Worksheets</w:t>
      </w:r>
    </w:p>
    <w:p>
      <w:pPr>
        <w:pStyle w:val="Subtitle"/>
      </w:pPr>
      <w:r>
        <w:t>Editable practice workbook  |  By Shady  |  Shadykone  |  Free USD 0</w:t>
      </w:r>
    </w:p>
    <w:p>
      <w:r>
        <w:t>Use these pages with the Job Interview Preparation course. Type into the response areas or print the PDF. The DOCX is editable; the PDF is a printable copy, not an interactive form. Duplicate the STAR page when you need more cards. Keep your examples truthful and label non-work experience accurately. Do not include private medical, identity or account information.</w:t>
      </w:r>
    </w:p>
    <w:p>
      <w:pPr>
        <w:pStyle w:val="Heading1"/>
      </w:pPr>
      <w:r>
        <w:t>Worksheet 1 Research the role</w:t>
      </w:r>
    </w:p>
    <w:p>
      <w:r>
        <w:rPr>
          <w:b/>
        </w:rPr>
        <w:t>Target role and employer or fictional practice role</w:t>
      </w:r>
    </w:p>
    <w:p>
      <w:r>
        <w:t>________________________________________________________________________________</w:t>
      </w:r>
    </w:p>
    <w:p>
      <w:r>
        <w:rPr>
          <w:b/>
        </w:rPr>
        <w:t>One sentence describing the work</w:t>
      </w:r>
    </w:p>
    <w:p>
      <w:r>
        <w:t>________________________________________________________________________________</w:t>
      </w:r>
    </w:p>
    <w:p>
      <w:r>
        <w:rPr>
          <w:b/>
        </w:rPr>
        <w:t>Requirement 1 and my truthful evidence or gap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Requirement 2 and my truthful evidence or gap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Requirement 3 and my truthful evidence or gap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Employer fact 1 with source link and date</w:t>
      </w:r>
    </w:p>
    <w:p>
      <w:r>
        <w:t>________________________________________________________________________________</w:t>
      </w:r>
    </w:p>
    <w:p>
      <w:r>
        <w:rPr>
          <w:b/>
        </w:rPr>
        <w:t>Employer fact 2 with source link and date</w:t>
      </w:r>
    </w:p>
    <w:p>
      <w:r>
        <w:t>________________________________________________________________________________</w:t>
      </w:r>
    </w:p>
    <w:p>
      <w:r>
        <w:rPr>
          <w:b/>
        </w:rPr>
        <w:t>Two questions that still need an answer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Check: separate source-backed facts, your interpretation and open questions.</w:t>
      </w:r>
    </w:p>
    <w:p>
      <w:pPr>
        <w:pStyle w:val="Heading1"/>
        <w:pageBreakBefore/>
      </w:pPr>
      <w:r>
        <w:t>Worksheet 2 Introduce yourself</w:t>
      </w:r>
    </w:p>
    <w:p>
      <w:r>
        <w:t>Draft in your own voice. Aim for a focused answer rather than a complete life story. Every claim should be supported by your actual experience.</w:t>
      </w:r>
    </w:p>
    <w:p>
      <w:r>
        <w:rPr>
          <w:b/>
        </w:rPr>
        <w:t>Current focus or relevant background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One or two relevant pieces of evidence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Why this role fits your direction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My 30 second version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My three line cue card for a 60 to 90 second version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Listener feedback and one revision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  <w:pageBreakBefore/>
      </w:pPr>
      <w:r>
        <w:t>Worksheet 3 STAR evidence card</w:t>
      </w:r>
    </w:p>
    <w:p>
      <w:r>
        <w:t>Complete three cards by duplicating this page. Choose a real event from work, education, volunteering, home or another accurately named setting.</w:t>
      </w:r>
    </w:p>
    <w:p>
      <w:r>
        <w:rPr>
          <w:b/>
        </w:rPr>
        <w:t>Card number and skill shown</w:t>
      </w:r>
    </w:p>
    <w:p>
      <w:r>
        <w:t>________________________________________________________________________________</w:t>
      </w:r>
    </w:p>
    <w:p>
      <w:r>
        <w:rPr>
          <w:b/>
        </w:rPr>
        <w:t>Situation including the real setting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Task and my responsibility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Action including my decisions and steps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Result including what I observed or can verify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Learning and what I would change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Truth check including my contribution and limits on any numbers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  <w:pageBreakBefore/>
      </w:pPr>
      <w:r>
        <w:t>Worksheet 4 Answer different question types</w:t>
      </w:r>
    </w:p>
    <w:p>
      <w:r>
        <w:t>For each prompt, choose the right structure. Past examples need real events. Hypothetical answers should be clearly described as proposed actions.</w:t>
      </w:r>
    </w:p>
    <w:p>
      <w:r>
        <w:rPr>
          <w:b/>
        </w:rPr>
        <w:t>Motivation question and evidence for my interest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Strength question and a concrete example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Development question and a specific improvement action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Behavioral question and the STAR card I will use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Situational question and my proposed steps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One honest response when I do not know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One claim I revised to make it clearer or more accurate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  <w:pageBreakBefore/>
      </w:pPr>
      <w:r>
        <w:t>Worksheet 5 Logistics and accessibility</w:t>
      </w:r>
    </w:p>
    <w:p>
      <w:r>
        <w:t>Confirm arrangements with the organizer. Record practical needs and plans without putting private medical details here.</w:t>
      </w:r>
    </w:p>
    <w:p>
      <w:r>
        <w:rPr>
          <w:b/>
        </w:rPr>
        <w:t>Date time time zone and expected length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Format location or verified meeting link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Organizer contact and agreed backup route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Travel entrance or platform test completed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Materials notes and tools allowed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Practical access needs and whether arrangements are confirmed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What I will do if travel or technology fails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Two phrases to pause or ask for clarification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  <w:pageBreakBefore/>
      </w:pPr>
      <w:r>
        <w:t>Worksheet 6 Mock interview review</w:t>
      </w:r>
    </w:p>
    <w:p>
      <w:r>
        <w:t>Select six questions from the course bank. Use the full rubric in the guide. Score evidence and preparation; do not score accent, disability-related behavior, eye contact or clothing cost.</w:t>
      </w:r>
    </w:p>
    <w:p>
      <w:r>
        <w:rPr>
          <w:b/>
        </w:rPr>
        <w:t>Questions used and practice date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Role relevance score 1 to 4 and evidence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Truthful evidence score 1 to 4 and evidence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Answer structure score 1 to 4 and evidence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Listening and judgment score 1 to 4 and evidence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Practical readiness score 1 to 4 and evidence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Total out of 20 and two priority improvements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What changed after repeating two answers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  <w:pageBreakBefore/>
      </w:pPr>
      <w:r>
        <w:t>Worksheet 7 Questions and follow through</w:t>
      </w:r>
    </w:p>
    <w:p>
      <w:r>
        <w:t>Prepare questions that matter to your decision. Drafting a message does not mean you have sent it. Use only real details and respect the employer’s contact instructions.</w:t>
      </w:r>
    </w:p>
    <w:p>
      <w:r>
        <w:rPr>
          <w:b/>
        </w:rPr>
        <w:t>Three employer questions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Next steps and timeline actually stated by the employer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My unsent thank you or update draft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My three most important offer considerations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Written terms to check and questions still unanswered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Final assessment score out of 12 and one review action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Completion check: six lesson exercises, three STAR cards, one mock interview with revisions, final assessment reviewed. No hiring outcome or accredited qualification is guaranteed.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Shadykone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Preparation Worksheets</dc:title>
  <dc:subject>Free Shadykone interview preparation course</dc:subject>
  <dc:creator>Shady</dc:creator>
  <cp:keywords>interview, preparation, free, Shadykone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