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Avery Example</w:t>
      </w:r>
    </w:p>
    <w:p>
      <w:r>
        <w:t>Example City | avery.career@example.com | [Add your phone number]</w:t>
      </w:r>
    </w:p>
    <w:p>
      <w:r>
        <w:rPr>
          <w:i/>
          <w:sz w:val="18"/>
        </w:rPr>
        <w:t>FICTIONAL TEACHING SAMPLE  |  Replace every example fact before use</w:t>
      </w:r>
    </w:p>
    <w:p>
      <w:pPr>
        <w:pStyle w:val="Heading2"/>
      </w:pPr>
      <w:r>
        <w:t>Profile</w:t>
      </w:r>
    </w:p>
    <w:p>
      <w:r>
        <w:t>Administrative assistant with experience maintaining records, responding to routine enquiries and preparing meeting materials. Seeking an office support role with a focus on accurate information and clear communication.</w:t>
      </w:r>
    </w:p>
    <w:p>
      <w:pPr>
        <w:pStyle w:val="Heading2"/>
      </w:pPr>
      <w:r>
        <w:t>Experience</w:t>
      </w:r>
    </w:p>
    <w:p>
      <w:pPr>
        <w:keepNext/>
        <w:spacing w:after="40"/>
      </w:pPr>
      <w:r>
        <w:rPr>
          <w:b/>
        </w:rPr>
        <w:t>Administrative Assistant | Example Services Ltd</w:t>
      </w:r>
    </w:p>
    <w:p>
      <w:pPr>
        <w:keepNext/>
        <w:spacing w:after="80"/>
      </w:pPr>
      <w:r>
        <w:t>Jul 2024 to Sep 2026</w:t>
      </w:r>
    </w:p>
    <w:p>
      <w:pPr>
        <w:pStyle w:val="ListBullet"/>
      </w:pPr>
      <w:r>
        <w:t>Updated a shared contact register and checked incomplete entries with the relevant team member.</w:t>
      </w:r>
    </w:p>
    <w:p>
      <w:pPr>
        <w:pStyle w:val="ListBullet"/>
      </w:pPr>
      <w:r>
        <w:t>Prepared agendas and action notes for weekly team meetings, recording owners and agreed due dates.</w:t>
      </w:r>
    </w:p>
    <w:p>
      <w:pPr>
        <w:pStyle w:val="ListBullet"/>
      </w:pPr>
      <w:r>
        <w:t>Answered routine customer enquiries using approved information and passed unresolved questions to a supervisor.</w:t>
      </w:r>
    </w:p>
    <w:p>
      <w:pPr>
        <w:keepNext/>
        <w:spacing w:after="40"/>
      </w:pPr>
      <w:r>
        <w:rPr>
          <w:b/>
        </w:rPr>
        <w:t>Customer Service Assistant | Example Retail Co</w:t>
      </w:r>
    </w:p>
    <w:p>
      <w:pPr>
        <w:keepNext/>
        <w:spacing w:after="80"/>
      </w:pPr>
      <w:r>
        <w:t>Sep 2023 to Jun 2024</w:t>
      </w:r>
    </w:p>
    <w:p>
      <w:pPr>
        <w:pStyle w:val="ListBullet"/>
      </w:pPr>
      <w:r>
        <w:t>Helped customers locate products and explained store procedures using current guidance.</w:t>
      </w:r>
    </w:p>
    <w:p>
      <w:pPr>
        <w:pStyle w:val="ListBullet"/>
      </w:pPr>
      <w:r>
        <w:t>Recorded stock discrepancies and passed them to the shift supervisor for review.</w:t>
      </w:r>
    </w:p>
    <w:p>
      <w:pPr>
        <w:pStyle w:val="Heading2"/>
      </w:pPr>
      <w:r>
        <w:t>Education</w:t>
      </w:r>
    </w:p>
    <w:p>
      <w:pPr>
        <w:keepNext/>
        <w:spacing w:after="40"/>
      </w:pPr>
      <w:r>
        <w:rPr>
          <w:b/>
        </w:rPr>
        <w:t>Certificate in Business Administration | Example Training College</w:t>
      </w:r>
    </w:p>
    <w:p>
      <w:pPr>
        <w:keepNext/>
        <w:spacing w:after="80"/>
      </w:pPr>
      <w:r>
        <w:t>Completed Jun 2023</w:t>
      </w:r>
    </w:p>
    <w:p>
      <w:pPr>
        <w:pStyle w:val="ListBullet"/>
      </w:pPr>
      <w:r>
        <w:t>Coursework included business correspondence, document preparation and spreadsheet fundamentals.</w:t>
      </w:r>
    </w:p>
    <w:p>
      <w:pPr>
        <w:pStyle w:val="Heading2"/>
      </w:pPr>
      <w:r>
        <w:t>Skills</w:t>
      </w:r>
    </w:p>
    <w:p>
      <w:pPr>
        <w:keepNext/>
        <w:spacing w:after="40"/>
      </w:pPr>
      <w:r>
        <w:rPr>
          <w:b/>
        </w:rPr>
        <w:t>Practical skills</w:t>
      </w:r>
    </w:p>
    <w:p>
      <w:pPr>
        <w:pStyle w:val="ListBullet"/>
      </w:pPr>
      <w:r>
        <w:t>Spreadsheets: sorting, filtering, simple formulas and data checks.</w:t>
      </w:r>
    </w:p>
    <w:p>
      <w:pPr>
        <w:pStyle w:val="ListBullet"/>
      </w:pPr>
      <w:r>
        <w:t>Documents: consistent formatting, meeting notes and shared-file organisation.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Example</dc:title>
  <dc:subject>Shadykone free CV writing course</dc:subject>
  <dc:creator>Shady</dc:creator>
  <cp:keywords>CV, resume, beginner, Shadykone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