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Taylor Example</w:t>
      </w:r>
    </w:p>
    <w:p>
      <w:r>
        <w:t>Example City | taylor.change@example.com | [Add your phone number]</w:t>
      </w:r>
    </w:p>
    <w:p>
      <w:r>
        <w:rPr>
          <w:i/>
          <w:sz w:val="18"/>
        </w:rPr>
        <w:t>FICTIONAL TEACHING SAMPLE  |  Replace every example fact before use</w:t>
      </w:r>
    </w:p>
    <w:p>
      <w:pPr>
        <w:pStyle w:val="Heading2"/>
      </w:pPr>
      <w:r>
        <w:t>Profile</w:t>
      </w:r>
    </w:p>
    <w:p>
      <w:r>
        <w:t>Hospitality shift supervisor moving into office coordination. Offers practical experience in rota updates, clear team communication and record keeping, supported by an independent spreadsheet practice project.</w:t>
      </w:r>
    </w:p>
    <w:p>
      <w:pPr>
        <w:pStyle w:val="Heading2"/>
      </w:pPr>
      <w:r>
        <w:t>Relevant project</w:t>
      </w:r>
    </w:p>
    <w:p>
      <w:pPr>
        <w:keepNext/>
        <w:spacing w:after="40"/>
      </w:pPr>
      <w:r>
        <w:rPr>
          <w:b/>
        </w:rPr>
        <w:t>Independent spreadsheet practice project</w:t>
      </w:r>
    </w:p>
    <w:p>
      <w:pPr>
        <w:keepNext/>
        <w:spacing w:after="80"/>
      </w:pPr>
      <w:r>
        <w:t>Aug 2026 to Sep 2026</w:t>
      </w:r>
    </w:p>
    <w:p>
      <w:pPr>
        <w:pStyle w:val="ListBullet"/>
      </w:pPr>
      <w:r>
        <w:t>Built a sample stock log using fictional data and checked formula totals against manual calculations.</w:t>
      </w:r>
    </w:p>
    <w:p>
      <w:pPr>
        <w:pStyle w:val="ListBullet"/>
      </w:pPr>
      <w:r>
        <w:t>Created a short guide explaining how to add entries and flag missing information. This was a personal learning exercise.</w:t>
      </w:r>
    </w:p>
    <w:p>
      <w:pPr>
        <w:pStyle w:val="Heading2"/>
      </w:pPr>
      <w:r>
        <w:t>Experience</w:t>
      </w:r>
    </w:p>
    <w:p>
      <w:pPr>
        <w:keepNext/>
        <w:spacing w:after="40"/>
      </w:pPr>
      <w:r>
        <w:rPr>
          <w:b/>
        </w:rPr>
        <w:t>Shift Supervisor | Example Hospitality Co</w:t>
      </w:r>
    </w:p>
    <w:p>
      <w:pPr>
        <w:keepNext/>
        <w:spacing w:after="80"/>
      </w:pPr>
      <w:r>
        <w:t>May 2022 to Sep 2026</w:t>
      </w:r>
    </w:p>
    <w:p>
      <w:pPr>
        <w:pStyle w:val="ListBullet"/>
      </w:pPr>
      <w:r>
        <w:t>Updated weekly rotas and communicated shift changes to a team of six.</w:t>
      </w:r>
    </w:p>
    <w:p>
      <w:pPr>
        <w:pStyle w:val="ListBullet"/>
      </w:pPr>
      <w:r>
        <w:t>Recorded supplier messages and passed delivery questions to the manager for follow-up.</w:t>
      </w:r>
    </w:p>
    <w:p>
      <w:pPr>
        <w:pStyle w:val="ListBullet"/>
      </w:pPr>
      <w:r>
        <w:t>Used an opening checklist to allocate tasks and record completed checks at the start of each shift.</w:t>
      </w:r>
    </w:p>
    <w:p>
      <w:pPr>
        <w:keepNext/>
        <w:spacing w:after="40"/>
      </w:pPr>
      <w:r>
        <w:rPr>
          <w:b/>
        </w:rPr>
        <w:t>Hospitality Team Member | Example Cafe</w:t>
      </w:r>
    </w:p>
    <w:p>
      <w:pPr>
        <w:keepNext/>
        <w:spacing w:after="80"/>
      </w:pPr>
      <w:r>
        <w:t>Jun 2020 to Apr 2022</w:t>
      </w:r>
    </w:p>
    <w:p>
      <w:pPr>
        <w:pStyle w:val="ListBullet"/>
      </w:pPr>
      <w:r>
        <w:t>Answered customer questions and escalated requests outside the team’s authority.</w:t>
      </w:r>
    </w:p>
    <w:p>
      <w:pPr>
        <w:pStyle w:val="ListBullet"/>
      </w:pPr>
      <w:r>
        <w:t>Kept handover notes so the next shift could follow up on outstanding tasks.</w:t>
      </w:r>
    </w:p>
    <w:p>
      <w:pPr>
        <w:pStyle w:val="Heading2"/>
      </w:pPr>
      <w:r>
        <w:t>Education</w:t>
      </w:r>
    </w:p>
    <w:p>
      <w:pPr>
        <w:keepNext/>
        <w:spacing w:after="40"/>
      </w:pPr>
      <w:r>
        <w:rPr>
          <w:b/>
        </w:rPr>
        <w:t>Secondary education | Example School</w:t>
      </w:r>
    </w:p>
    <w:p>
      <w:pPr>
        <w:keepNext/>
        <w:spacing w:after="80"/>
      </w:pPr>
      <w:r>
        <w:t>Completed Jun 2020</w:t>
      </w:r>
    </w:p>
    <w:p>
      <w:pPr>
        <w:pStyle w:val="Heading2"/>
      </w:pPr>
      <w:r>
        <w:t>Skills</w:t>
      </w:r>
    </w:p>
    <w:p>
      <w:pPr>
        <w:keepNext/>
        <w:spacing w:after="40"/>
      </w:pPr>
      <w:r>
        <w:rPr>
          <w:b/>
        </w:rPr>
        <w:t>Practical skills</w:t>
      </w:r>
    </w:p>
    <w:p>
      <w:pPr>
        <w:pStyle w:val="ListBullet"/>
      </w:pPr>
      <w:r>
        <w:t>Scheduling, written handovers and customer communication.</w:t>
      </w:r>
    </w:p>
    <w:p>
      <w:pPr>
        <w:pStyle w:val="ListBullet"/>
      </w:pPr>
      <w:r>
        <w:t>Spreadsheets: simple formulas, sorting and basic data validation.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Taylor Example</dc:title>
  <dc:subject>Shadykone free CV writing course</dc:subject>
  <dc:creator>Shady</dc:creator>
  <cp:keywords>CV, resume, beginner, Shadykone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